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синус-лифтинг и/или костную пластику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ИДС-25.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Увеличение объема костной ткани для имплантации путем синус-лифтинга, направленной костной регенерации, забора/пересадки кости или иной указанной методики.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обезболивание, доступ к зоне дефицита;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поднятие мембраны пазухи и/или размещение аутокости, заменителя, мембраны, фиксирующих элементов;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ушивание, контроль заживления и отсроченная/одновременная имплантация по плану.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боль, отек, синяк, кровотечение, инфекция, расхождение швов и потеря материала;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перфорация мембраны пазухи, кровотечение, синусит, сообщение с пазухой и необходимость ЛОР-лечения;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недостаточное образование/резорбция кости, повторная пластика;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повреждение зубов, нервов, сосудов, онемение;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осложнения донорской зоны, рубец, изменение контура;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удаление мембраны/винтов/материала, отсрочка или невозможность имплантации;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передача заболеваний от материала исключается/минимизируется по правилам обращения зарегистрированных изделий, но биологическая реакция возможна.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Метод __________________; материал/производитель __________________; донорская зона __________; одновременная имплантация □ да □ нет.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короткий/наклонный имплантат при показаниях, иной тип протезирования, отсрочка или отказ; без достаточной кости имплантация может быть невозможна/небезопасна.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ограничения на сморкание, полеты, нагрузки и ЛОР-рекомендации в установленный врачом период.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96"/>
        <w:gridCol w:w="2354"/>
        <w:gridCol w:w="1323"/>
        <w:gridCol w:w="2427"/>
      </w:tblGrid>
      <w:tr>
        <w:trPr>
          <w:cantSplit/>
        </w:trPr>
        <w:tc>
          <w:tcPr>
            <w:tcW w:type="dxa" w:w="139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Пациент / представитель</w:t>
            </w:r>
          </w:p>
        </w:tc>
        <w:tc>
          <w:tcPr>
            <w:tcW w:type="dxa" w:w="235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  <w:tc>
          <w:tcPr>
            <w:tcW w:type="dxa" w:w="1323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Медицинский работник</w:t>
            </w:r>
          </w:p>
        </w:tc>
        <w:tc>
          <w:tcPr>
            <w:tcW w:type="dxa" w:w="242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</w:tr>
    </w:tbl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25_ИДС_синус_лифтинг_костная_пластика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