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дентальную имплантацию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ИДС-24.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Установка внутрикостного дентального имплантата для последующего протезирования; приживление и срок службы не гарантируются.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планирование по клиническим данным и КЛКТ;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обезболивание, формирование ложа, установка имплантата и компонентов, швы;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период остеоинтеграции, раскрытие/формирователь при необходимости; постоянное протезирование — после подтверждения врачом достаточной остеоинтеграции и готовности тканей, кроме предусмотренной индивидуальным планом допустимой немедленной или ранней нагрузки.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боль, отек, синяк, кровотечение, инфекция, расхождение швов;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недостаточная первичная стабильность, отсутствие остеоинтеграции и удаление имплантата;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повреждение нерва с изменением чувствительности, соседнего зуба/корня, сосудов;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перфорация полости носа/пазухи, синусит;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убыль кости/десны, эстетический дефект, мукозит/периимплантит и поздняя утрата;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необходимость костной/мягкотканной пластики, повторной операции или изменения плана;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редкие системные, аллергические или анестезиологические осложнения.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Индивидуальные обстоятельства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Система/диаметр/длина __________________; позиция ______; одномоментная нагрузка: □ нет □ планируется при достаточной стабильности.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мостовидный или съемный протез, отсрочка, сохранение дефекта или отказ; каждый вариант имеет собственные риски и ограничения.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курить/снизить курение, соблюдать послеоперационный режим, гигиену и пожизненное поддерживающее наблюдение.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96"/>
        <w:gridCol w:w="2354"/>
        <w:gridCol w:w="1323"/>
        <w:gridCol w:w="2427"/>
      </w:tblGrid>
      <w:tr>
        <w:trPr>
          <w:cantSplit/>
        </w:trPr>
        <w:tc>
          <w:tcPr>
            <w:tcW w:type="dxa" w:w="139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Пациент / представитель</w:t>
            </w:r>
          </w:p>
        </w:tc>
        <w:tc>
          <w:tcPr>
            <w:tcW w:type="dxa" w:w="235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  <w:tc>
          <w:tcPr>
            <w:tcW w:type="dxa" w:w="1323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Медицинский работник</w:t>
            </w:r>
          </w:p>
        </w:tc>
        <w:tc>
          <w:tcPr>
            <w:tcW w:type="dxa" w:w="242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</w:tr>
    </w:tbl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24_ИДС_дентальная_имплантация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