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минимальную седацию смесью закиси азота и кислорода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ИДС-23.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Снижение тревоги и повышение переносимости стоматологического лечения при сохраненном самостоятельном дыхании и контакте; седация не всегда заменяет местное обезболивание.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предварительная оценка здоровья и приема пищи;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подача кислорода и титрование закиси азота через носовую маску с мониторингом;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завершение кислородом, оценка восстановления и выписка с сопровождающим при необходимости.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тошнота, рвота, головокружение, сонливость, головная боль, возбуждение или паника;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недостаточный эффект и прекращение лечения;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заложенность носа снижает эффективность;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гипоксия, нарушение дыхания, потеря адекватного контакта, аллергическая/индивидуальная реакция — редко;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необходимость экстренной помощи и перевода в учреждение соответствующего профиля.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Предоперационная оценка и решение о допустимости седации оформляются врачом; оборудование, персонал и экстренная готовность должны соответствовать лицензии и порядкам помощи.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психологическая адаптация, лечение без седации, другой вид седации/анестезии в надлежащих условиях, перенос/отказ; лечение может не состояться.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инструкции о пище, лекарствах и сопровождении; после процедуры не управлять транспортом, если врач не разрешил.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96"/>
        <w:gridCol w:w="2354"/>
        <w:gridCol w:w="1323"/>
        <w:gridCol w:w="2427"/>
      </w:tblGrid>
      <w:tr>
        <w:trPr>
          <w:cantSplit/>
        </w:trPr>
        <w:tc>
          <w:tcPr>
            <w:tcW w:type="dxa" w:w="139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Пациент / представитель</w:t>
            </w:r>
          </w:p>
        </w:tc>
        <w:tc>
          <w:tcPr>
            <w:tcW w:type="dxa" w:w="235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  <w:tc>
          <w:tcPr>
            <w:tcW w:type="dxa" w:w="1323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Медицинский работник</w:t>
            </w:r>
          </w:p>
        </w:tc>
        <w:tc>
          <w:tcPr>
            <w:tcW w:type="dxa" w:w="242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</w:tr>
    </w:tbl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23_ИДС_седация_закись_азота_кислород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