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лечение осложненного кариеса временного зуба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ИДС-22.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Лечение пульпы/каналов временного зуба для купирования боли и инфекции, сохранения функции и места до физиологической смены.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обезболивание, изоляция, удаление пораженных тканей;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пульпотомия/пульпэктомия или иной метод по диагнозу, обработка и пломбирование;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восстановление зуба пломбой или коронкой и наблюдение.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боль, страх, необходимость адаптационного визита/изменения метода обезболивания;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неполное купирование инфекции, отек, свищ, повторное лечение или удаление;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повреждение зачатка постоянного зуба, нарушение сроков прорезывания — редко;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перелом ослабленного зуба, выпадение пломбы/коронки;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аллергия, травма мягких тканей; необходимость удерживающего устройства после раннего удаления.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удаление, наблюдение только при обоснованной возможности, направление к детскому стоматологу/анестезиологу; отказ может привести к боли, инфекции и повреждению постоянного зуба.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законный представитель обеспечивает прием лекарств и явку; мнение ребенка учитывается по возрасту и состоянию.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 /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</w:tbl>
    <w:p>
      <w:pPr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Подпись подтверждает получение понятных ответов и добровольность решения; она не означает отказа от законных прав пациента.</w:t>
      </w:r>
    </w:p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323-ФЗ; Закон РФ № 2300-1; ГК РФ; постановление Правительства РФ от 30.05.2026 № 659; приказ Минздрава России № 1051н; приказ Минздравсоцразвития России № 390н; приказы Минздрава России № 359н и № 209н; 152-ФЗ — в применимой части.</w:t>
      </w:r>
    </w:p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22_ИДС_осложненный_кариес_временных_зубов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