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ортопедическое стоматологическое лечение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ИДС-19.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Восстановление зубов и жевательной функции вкладками, коронками, винирами, мостовидными, съемными или иными согласованными конструкциями.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диагностика, подготовка зубов/тканей, получение оттиска или сканирование;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временные конструкции, примерки, определение цвета и фиксация;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адаптация, коррекции и контроль.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необходимость значительного препарирования и возможного эндодонтического лечения;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чувствительность, боль, воспаление десны, натирание, нарушение дикции/вкуса и адаптация;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несовпадение оттенка/формы в пределах технических и биологических ограничений;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скол, расцементировка, поломка, износ, кариес опорного зуба;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перегрузка зуба/пародонта/сустава, необходимость коррекции прикуса или замены конструкции;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аллергия/непереносимость материала; срок службы индивидуален.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прямая реставрация, иной тип конструкции, имплантация, наблюдение или отказ; без восстановления возможны смещение зубов, перегрузка и ухудшение жевания.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правила использования и ухода, не пропускать примерки и сообщать о дискомфорте до окончательной фиксации.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Подписи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00"/>
        <w:gridCol w:w="4300"/>
      </w:tblGrid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 / представитель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Медицинский работник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</w:tbl>
    <w:p>
      <w:pPr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Подпись подтверждает получение понятных ответов и добровольность решения; она не означает отказа от законных прав пациента.</w:t>
      </w:r>
    </w:p>
    <w:p>
      <w:pPr>
        <w:spacing w:before="160" w:after="0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Правовая основа: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323-ФЗ; Закон РФ № 2300-1; ГК РФ; постановление Правительства РФ от 30.05.2026 № 659; приказ Минздрава России № 1051н; приказ Минздравсоцразвития России № 390н; приказы Минздрава России № 359н и № 209н; 152-ФЗ — в применимой части.</w:t>
      </w:r>
    </w:p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19_ИДС_ортопедическая_стоматология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