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рентгенологическое исследование зубочелюстной системы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ИДС-13.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Назначение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205"/>
        <w:gridCol w:w="1911"/>
        <w:gridCol w:w="3384"/>
      </w:tblGrid>
      <w:tr>
        <w:trPr>
          <w:tblHeader w:val="true"/>
        </w:trPr>
        <w:tc>
          <w:tcPr>
            <w:tcW w:type="dxa" w:w="2205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Исследование</w:t>
            </w:r>
          </w:p>
        </w:tc>
        <w:tc>
          <w:tcPr>
            <w:tcW w:type="dxa" w:w="1911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Область</w:t>
            </w:r>
          </w:p>
        </w:tc>
        <w:tc>
          <w:tcPr>
            <w:tcW w:type="dxa" w:w="338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Цель/клинический вопрос</w:t>
            </w:r>
          </w:p>
        </w:tc>
      </w:tr>
      <w:tr>
        <w:trPr>
          <w:cantSplit/>
        </w:trPr>
        <w:tc>
          <w:tcPr>
            <w:tcW w:type="dxa" w:w="2205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□ прицельный снимок</w:t>
            </w:r>
          </w:p>
        </w:tc>
        <w:tc>
          <w:tcPr>
            <w:tcW w:type="dxa" w:w="1911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205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□ ОПТГ</w:t>
            </w:r>
          </w:p>
        </w:tc>
        <w:tc>
          <w:tcPr>
            <w:tcW w:type="dxa" w:w="1911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205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□ ТРГ</w:t>
            </w:r>
          </w:p>
        </w:tc>
        <w:tc>
          <w:tcPr>
            <w:tcW w:type="dxa" w:w="1911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205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□ КЛКТ</w:t>
            </w:r>
          </w:p>
        </w:tc>
        <w:tc>
          <w:tcPr>
            <w:tcW w:type="dxa" w:w="1911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2205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□ иное</w:t>
            </w:r>
          </w:p>
        </w:tc>
        <w:tc>
          <w:tcPr>
            <w:tcW w:type="dxa" w:w="1911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338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Суть и риски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Исследование использует ионизирующее излучение. Доза оптимизируется и должна соответствовать диагностической задаче; эффективная доза в мЗв фиксируется в протоколе либо в медицинской документации — в зависимости от режима оформления по приказу № 359н.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Даже малая доза связана с вероятностным отдаленным риском; повторное или неоправданное исследование увеличивает суммарную дозу. Абсолютная гарантия выявления всей патологии отсутствует.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КЛКТ дает трехмерные данные, но может выявить случайные находки и не всегда заменяет другие исследования. Движение и металлические конструкции вызывают артефакты и могут потребовать повтора.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Для самостоятельного рентгенологического исследования оформляются направление и протокол; протокол составляется в течение 24 часов, в одном экземпляре, а его копия предоставляется по запросу в установленном порядке.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Исключение: если снимок выполняется в рамках медицинского вмешательства при лечении стоматологического заболевания, направление и отдельный протокол не оформляются; сведения об исследовании лечащий врач вносит в медицинскую документацию пациента (пункт 30 Правил № 359н).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Беременность и защита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Пациентка сообщает о беременности или ее вероятности. Беременность не означает автоматический запрет: врач сопоставляет срочность, диагностическую пользу и риск, рассматривает перенос/альтернативу и применяет меры радиационной защиты. При сомнении исследование не выполняется до решения ответственного врача, кроме необходимой помощи по жизненным показаниям.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беременности нет/не применимо  □ возможна  □ подтверждена, срок ____ недель  □ не знаю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использование ранее выполненных пригодных изображений;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исследование меньшего объема/дозы, перенос, иной метод без ионизирующего излучения — если он отвечает клиническому вопросу;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отказ может сделать диагностику или лечение менее безопасными либо невозможными; оформить ОТК-12.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объяснены цель, вид исследования, лучевая нагрузка, альтернативы и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 беременности/ее вероятности и о недавних исследованиях;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отмеченное исследование.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Подписи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00"/>
        <w:gridCol w:w="4300"/>
      </w:tblGrid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 / представитель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Медицинский работник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</w:tbl>
    <w:p>
      <w:pPr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Подпись подтверждает получение понятных ответов и добровольность решения; она не означает отказа от законных прав пациента.</w:t>
      </w:r>
    </w:p>
    <w:p>
      <w:pPr>
        <w:spacing w:before="160" w:after="0"/>
        <w:ind w:firstLine="0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Правовая основа: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Статьи 19, 20 Закона № 323-ФЗ; приказ Минздрава России от 08.05.2026 № 359н (с 01.09.2026); нормы радиационной безопасности.</w:t>
      </w:r>
    </w:p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13_ИДС_рентген_ОПТГ_КЛКТ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